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LuckyMay 每日默写单</w:t>
      </w:r>
    </w:p>
    <w:p>
      <w:pPr>
        <w:jc w:val="center"/>
      </w:pPr>
      <w:r>
        <w:rPr>
          <w:sz w:val="24"/>
        </w:rPr>
        <w:t>日期：2026-10-03　　姓名：________　　共 35 词</w:t>
      </w:r>
    </w:p>
    <w:p/>
    <w:p>
      <w:pPr>
        <w:spacing w:after="280"/>
      </w:pPr>
      <w:r>
        <w:rPr>
          <w:sz w:val="28"/>
        </w:rPr>
        <w:t>1. 充满；到处都是（v.）：＿＿＿＿＿＿＿＿＿＿＿＿＿＿</w:t>
      </w:r>
    </w:p>
    <w:p>
      <w:pPr>
        <w:spacing w:after="280"/>
      </w:pPr>
      <w:r>
        <w:rPr>
          <w:sz w:val="28"/>
        </w:rPr>
        <w:t>2. 发展；研发；培养养成（v.）：＿＿＿＿＿＿＿＿＿＿＿＿＿＿</w:t>
      </w:r>
    </w:p>
    <w:p>
      <w:pPr>
        <w:spacing w:after="280"/>
      </w:pPr>
      <w:r>
        <w:rPr>
          <w:sz w:val="28"/>
        </w:rPr>
        <w:t>3. 有责任的；负责的（adj.）：＿＿＿＿＿＿＿＿＿＿＿＿＿＿</w:t>
      </w:r>
    </w:p>
    <w:p>
      <w:pPr>
        <w:spacing w:after="280"/>
      </w:pPr>
      <w:r>
        <w:rPr>
          <w:sz w:val="28"/>
        </w:rPr>
        <w:t>4. 信任；相信（n.）：＿＿＿＿＿＿＿＿＿＿＿＿＿＿</w:t>
      </w:r>
    </w:p>
    <w:p>
      <w:pPr>
        <w:spacing w:after="280"/>
      </w:pPr>
      <w:r>
        <w:rPr>
          <w:sz w:val="28"/>
        </w:rPr>
        <w:t>5. 特别的；特殊的（adj.）：＿＿＿＿＿＿＿＿＿＿＿＿＿＿</w:t>
      </w:r>
    </w:p>
    <w:p>
      <w:pPr>
        <w:spacing w:after="280"/>
      </w:pPr>
      <w:r>
        <w:rPr>
          <w:sz w:val="28"/>
        </w:rPr>
        <w:t>6. 成就，功绩（n.）：＿＿＿＿＿＿＿＿＿＿＿＿＿＿</w:t>
      </w:r>
    </w:p>
    <w:p>
      <w:pPr>
        <w:spacing w:after="280"/>
      </w:pPr>
      <w:r>
        <w:rPr>
          <w:sz w:val="28"/>
        </w:rPr>
        <w:t>7. 表达；表情（n.）：＿＿＿＿＿＿＿＿＿＿＿＿＿＿</w:t>
      </w:r>
    </w:p>
    <w:p>
      <w:pPr>
        <w:spacing w:after="280"/>
      </w:pPr>
      <w:r>
        <w:rPr>
          <w:sz w:val="28"/>
        </w:rPr>
        <w:t>8. 指引；指导（v.）：＿＿＿＿＿＿＿＿＿＿＿＿＿＿</w:t>
      </w:r>
    </w:p>
    <w:p>
      <w:pPr>
        <w:spacing w:after="280"/>
      </w:pPr>
      <w:r>
        <w:rPr>
          <w:sz w:val="28"/>
        </w:rPr>
        <w:t>9. 搜寻，搜查（n.）：＿＿＿＿＿＿＿＿＿＿＿＿＿＿</w:t>
      </w:r>
    </w:p>
    <w:p>
      <w:pPr>
        <w:spacing w:after="280"/>
      </w:pPr>
      <w:r>
        <w:rPr>
          <w:sz w:val="28"/>
        </w:rPr>
        <w:t>10. 相反（n.）：＿＿＿＿＿＿＿＿＿＿＿＿＿＿</w:t>
      </w:r>
    </w:p>
    <w:p>
      <w:pPr>
        <w:spacing w:after="280"/>
      </w:pPr>
      <w:r>
        <w:rPr>
          <w:sz w:val="28"/>
        </w:rPr>
        <w:t>11. 国际的（adj.）：＿＿＿＿＿＿＿＿＿＿＿＿＿＿</w:t>
      </w:r>
    </w:p>
    <w:p>
      <w:pPr>
        <w:spacing w:after="280"/>
      </w:pPr>
      <w:r>
        <w:rPr>
          <w:sz w:val="28"/>
        </w:rPr>
        <w:t>12. 过去常常做某事 / 过去是...（-）：＿＿＿＿＿＿＿＿＿＿＿＿＿＿</w:t>
      </w:r>
    </w:p>
    <w:p>
      <w:pPr>
        <w:spacing w:after="280"/>
      </w:pPr>
      <w:r>
        <w:rPr>
          <w:sz w:val="28"/>
        </w:rPr>
        <w:t>13. 拓展；扩展；传播；涂抹（v.）：＿＿＿＿＿＿＿＿＿＿＿＿＿＿</w:t>
      </w:r>
    </w:p>
    <w:p>
      <w:pPr>
        <w:spacing w:after="280"/>
      </w:pPr>
      <w:r>
        <w:rPr>
          <w:sz w:val="28"/>
        </w:rPr>
        <w:t>14. 乐于助人的（adj.）：＿＿＿＿＿＿＿＿＿＿＿＿＿＿</w:t>
      </w:r>
    </w:p>
    <w:p>
      <w:pPr>
        <w:spacing w:after="280"/>
      </w:pPr>
      <w:r>
        <w:rPr>
          <w:sz w:val="28"/>
        </w:rPr>
        <w:t>15. 研究；调查（v.）：＿＿＿＿＿＿＿＿＿＿＿＿＿＿</w:t>
      </w:r>
    </w:p>
    <w:p>
      <w:pPr>
        <w:spacing w:after="280"/>
      </w:pPr>
      <w:r>
        <w:rPr>
          <w:sz w:val="28"/>
        </w:rPr>
        <w:t>16. 发展（n.）：＿＿＿＿＿＿＿＿＿＿＿＿＿＿</w:t>
      </w:r>
    </w:p>
    <w:p>
      <w:pPr>
        <w:spacing w:after="280"/>
      </w:pPr>
      <w:r>
        <w:rPr>
          <w:sz w:val="28"/>
        </w:rPr>
        <w:t>17. 挑战；向……发起挑战（v.）：＿＿＿＿＿＿＿＿＿＿＿＿＿＿</w:t>
      </w:r>
    </w:p>
    <w:p>
      <w:pPr>
        <w:spacing w:after="280"/>
      </w:pPr>
      <w:r>
        <w:rPr>
          <w:sz w:val="28"/>
        </w:rPr>
        <w:t>18. 使害怕（v.）：＿＿＿＿＿＿＿＿＿＿＿＿＿＿</w:t>
      </w:r>
    </w:p>
    <w:p>
      <w:pPr>
        <w:spacing w:after="280"/>
      </w:pPr>
      <w:r>
        <w:rPr>
          <w:sz w:val="28"/>
        </w:rPr>
        <w:t>19. 对……造成影响（v.）：＿＿＿＿＿＿＿＿＿＿＿＿＿＿</w:t>
      </w:r>
    </w:p>
    <w:p>
      <w:pPr>
        <w:spacing w:after="280"/>
      </w:pPr>
      <w:r>
        <w:rPr>
          <w:sz w:val="28"/>
        </w:rPr>
        <w:t>20. 尊敬；尊重（n.）：＿＿＿＿＿＿＿＿＿＿＿＿＿＿</w:t>
      </w:r>
    </w:p>
    <w:p>
      <w:pPr>
        <w:spacing w:after="280"/>
      </w:pPr>
      <w:r>
        <w:rPr>
          <w:sz w:val="28"/>
        </w:rPr>
        <w:t>21. 忘记（v.）：＿＿＿＿＿＿＿＿＿＿＿＿＿＿</w:t>
      </w:r>
    </w:p>
    <w:p>
      <w:pPr>
        <w:spacing w:after="280"/>
      </w:pPr>
      <w:r>
        <w:rPr>
          <w:sz w:val="28"/>
        </w:rPr>
        <w:t>22. 表演；演出；表现（v.）：＿＿＿＿＿＿＿＿＿＿＿＿＿＿</w:t>
      </w:r>
    </w:p>
    <w:p>
      <w:pPr>
        <w:spacing w:after="280"/>
      </w:pPr>
      <w:r>
        <w:rPr>
          <w:sz w:val="28"/>
        </w:rPr>
        <w:t>23. 组织；筹备（v.）：＿＿＿＿＿＿＿＿＿＿＿＿＿＿</w:t>
      </w:r>
    </w:p>
    <w:p>
      <w:pPr>
        <w:spacing w:after="280"/>
      </w:pPr>
      <w:r>
        <w:rPr>
          <w:sz w:val="28"/>
        </w:rPr>
        <w:t>24. 搜寻，搜查（v.）：＿＿＿＿＿＿＿＿＿＿＿＿＿＿</w:t>
      </w:r>
    </w:p>
    <w:p>
      <w:pPr>
        <w:spacing w:after="280"/>
      </w:pPr>
      <w:r>
        <w:rPr>
          <w:sz w:val="28"/>
        </w:rPr>
        <w:t>25. 研究；调查（n.）：＿＿＿＿＿＿＿＿＿＿＿＿＿＿</w:t>
      </w:r>
    </w:p>
    <w:p>
      <w:pPr>
        <w:spacing w:after="280"/>
      </w:pPr>
      <w:r>
        <w:rPr>
          <w:sz w:val="28"/>
        </w:rPr>
        <w:t>26. 成功（v.）：＿＿＿＿＿＿＿＿＿＿＿＿＿＿</w:t>
      </w:r>
    </w:p>
    <w:p>
      <w:pPr>
        <w:spacing w:after="280"/>
      </w:pPr>
      <w:r>
        <w:rPr>
          <w:sz w:val="28"/>
        </w:rPr>
        <w:t>27. 探索；探险（v.）：＿＿＿＿＿＿＿＿＿＿＿＿＿＿</w:t>
      </w:r>
    </w:p>
    <w:p>
      <w:pPr>
        <w:spacing w:after="280"/>
      </w:pPr>
      <w:r>
        <w:rPr>
          <w:sz w:val="28"/>
        </w:rPr>
        <w:t>28. 多种多样的；各种各样的（adj.）：＿＿＿＿＿＿＿＿＿＿＿＿＿＿</w:t>
      </w:r>
    </w:p>
    <w:p>
      <w:pPr>
        <w:spacing w:after="280"/>
      </w:pPr>
      <w:r>
        <w:rPr>
          <w:sz w:val="28"/>
        </w:rPr>
        <w:t>29. 遮盖，覆盖；封面（v.）：＿＿＿＿＿＿＿＿＿＿＿＿＿＿</w:t>
      </w:r>
    </w:p>
    <w:p>
      <w:pPr>
        <w:spacing w:after="280"/>
      </w:pPr>
      <w:r>
        <w:rPr>
          <w:sz w:val="28"/>
        </w:rPr>
        <w:t>30. 风景，景色（n.）：＿＿＿＿＿＿＿＿＿＿＿＿＿＿</w:t>
      </w:r>
    </w:p>
    <w:p>
      <w:pPr>
        <w:spacing w:after="280"/>
      </w:pPr>
      <w:r>
        <w:rPr>
          <w:sz w:val="28"/>
        </w:rPr>
        <w:t>31. 吸引（v.）：＿＿＿＿＿＿＿＿＿＿＿＿＿＿</w:t>
      </w:r>
    </w:p>
    <w:p>
      <w:pPr>
        <w:spacing w:after="280"/>
      </w:pPr>
      <w:r>
        <w:rPr>
          <w:sz w:val="28"/>
        </w:rPr>
        <w:t>32. 坐落于（v.）：＿＿＿＿＿＿＿＿＿＿＿＿＿＿</w:t>
      </w:r>
    </w:p>
    <w:p>
      <w:pPr>
        <w:spacing w:after="280"/>
      </w:pPr>
      <w:r>
        <w:rPr>
          <w:sz w:val="28"/>
        </w:rPr>
        <w:t>33. 平衡；保持平衡（v.）：＿＿＿＿＿＿＿＿＿＿＿＿＿＿</w:t>
      </w:r>
    </w:p>
    <w:p>
      <w:pPr>
        <w:spacing w:after="280"/>
      </w:pPr>
      <w:r>
        <w:rPr>
          <w:sz w:val="28"/>
        </w:rPr>
        <w:t>34. 支持；扶持（v.）：＿＿＿＿＿＿＿＿＿＿＿＿＿＿</w:t>
      </w:r>
    </w:p>
    <w:p>
      <w:pPr>
        <w:spacing w:after="280"/>
      </w:pPr>
      <w:r>
        <w:rPr>
          <w:sz w:val="28"/>
        </w:rPr>
        <w:t>35. 连接，衔接（v.）：＿＿＿＿＿＿＿＿＿＿＿＿＿＿</w:t>
      </w:r>
    </w:p>
    <w:p>
      <w:r>
        <w:br w:type="page"/>
      </w:r>
    </w:p>
    <w:p>
      <w:pPr>
        <w:jc w:val="center"/>
      </w:pPr>
      <w:r>
        <w:rPr>
          <w:b/>
          <w:sz w:val="32"/>
        </w:rPr>
        <w:t>答案（家长对照批改）</w:t>
      </w:r>
    </w:p>
    <w:p/>
    <w:p>
      <w:pPr>
        <w:spacing w:after="120"/>
      </w:pPr>
      <w:r>
        <w:rPr>
          <w:sz w:val="26"/>
        </w:rPr>
        <w:t>1. fill —— 充满；到处都是（v.）</w:t>
      </w:r>
      <w:r>
        <w:rPr>
          <w:sz w:val="22"/>
        </w:rPr>
        <w:br/>
        <w:t xml:space="preserve">　　例句：be filled with = be full of 充满</w:t>
      </w:r>
    </w:p>
    <w:p>
      <w:pPr>
        <w:spacing w:after="120"/>
      </w:pPr>
      <w:r>
        <w:rPr>
          <w:sz w:val="26"/>
        </w:rPr>
        <w:t>2. develop —— 发展；研发；培养养成（v.）</w:t>
      </w:r>
      <w:r>
        <w:rPr>
          <w:sz w:val="22"/>
        </w:rPr>
        <w:br/>
        <w:t xml:space="preserve">　　例句：a developed country 发达国家；a developing country 发展中国家；develop a hobby/habit 培养爱好/习惯</w:t>
      </w:r>
    </w:p>
    <w:p>
      <w:pPr>
        <w:spacing w:after="120"/>
      </w:pPr>
      <w:r>
        <w:rPr>
          <w:sz w:val="26"/>
        </w:rPr>
        <w:t>3. responsible —— 有责任的；负责的（adj.）</w:t>
      </w:r>
      <w:r>
        <w:rPr>
          <w:sz w:val="22"/>
        </w:rPr>
        <w:br/>
        <w:t xml:space="preserve">　　例句：be responsible for 对……负责</w:t>
      </w:r>
    </w:p>
    <w:p>
      <w:pPr>
        <w:spacing w:after="120"/>
      </w:pPr>
      <w:r>
        <w:rPr>
          <w:sz w:val="26"/>
        </w:rPr>
        <w:t>4. trust —— 信任；相信（n.）</w:t>
      </w:r>
    </w:p>
    <w:p>
      <w:pPr>
        <w:spacing w:after="120"/>
      </w:pPr>
      <w:r>
        <w:rPr>
          <w:sz w:val="26"/>
        </w:rPr>
        <w:t>5. special —— 特别的；特殊的（adj.）</w:t>
      </w:r>
    </w:p>
    <w:p>
      <w:pPr>
        <w:spacing w:after="120"/>
      </w:pPr>
      <w:r>
        <w:rPr>
          <w:sz w:val="26"/>
        </w:rPr>
        <w:t>6. achievement —— 成就，功绩（n.）</w:t>
      </w:r>
    </w:p>
    <w:p>
      <w:pPr>
        <w:spacing w:after="120"/>
      </w:pPr>
      <w:r>
        <w:rPr>
          <w:sz w:val="26"/>
        </w:rPr>
        <w:t>7. expression —— 表达；表情（n.）</w:t>
      </w:r>
    </w:p>
    <w:p>
      <w:pPr>
        <w:spacing w:after="120"/>
      </w:pPr>
      <w:r>
        <w:rPr>
          <w:sz w:val="26"/>
        </w:rPr>
        <w:t>8. direct —— 指引；指导（v.）</w:t>
      </w:r>
    </w:p>
    <w:p>
      <w:pPr>
        <w:spacing w:after="120"/>
      </w:pPr>
      <w:r>
        <w:rPr>
          <w:sz w:val="26"/>
        </w:rPr>
        <w:t>9. search —— 搜寻，搜查（n.）</w:t>
      </w:r>
    </w:p>
    <w:p>
      <w:pPr>
        <w:spacing w:after="120"/>
      </w:pPr>
      <w:r>
        <w:rPr>
          <w:sz w:val="26"/>
        </w:rPr>
        <w:t>10. opposite —— 相反（n.）</w:t>
      </w:r>
    </w:p>
    <w:p>
      <w:pPr>
        <w:spacing w:after="120"/>
      </w:pPr>
      <w:r>
        <w:rPr>
          <w:sz w:val="26"/>
        </w:rPr>
        <w:t>11. international —— 国际的（adj.）</w:t>
      </w:r>
    </w:p>
    <w:p>
      <w:pPr>
        <w:spacing w:after="120"/>
      </w:pPr>
      <w:r>
        <w:rPr>
          <w:sz w:val="26"/>
        </w:rPr>
        <w:t>12. used to do/be —— 过去常常做某事 / 过去是...（-）</w:t>
      </w:r>
    </w:p>
    <w:p>
      <w:pPr>
        <w:spacing w:after="120"/>
      </w:pPr>
      <w:r>
        <w:rPr>
          <w:sz w:val="26"/>
        </w:rPr>
        <w:t>13. spread —— 拓展；扩展；传播；涂抹（v.）</w:t>
      </w:r>
      <w:r>
        <w:rPr>
          <w:sz w:val="22"/>
        </w:rPr>
        <w:br/>
        <w:t xml:space="preserve">　　例句：过去式/过去分词 spread</w:t>
      </w:r>
    </w:p>
    <w:p>
      <w:pPr>
        <w:spacing w:after="120"/>
      </w:pPr>
      <w:r>
        <w:rPr>
          <w:sz w:val="26"/>
        </w:rPr>
        <w:t>14. helpful —— 乐于助人的（adj.）</w:t>
      </w:r>
    </w:p>
    <w:p>
      <w:pPr>
        <w:spacing w:after="120"/>
      </w:pPr>
      <w:r>
        <w:rPr>
          <w:sz w:val="26"/>
        </w:rPr>
        <w:t>15. research —— 研究；调查（v.）</w:t>
      </w:r>
    </w:p>
    <w:p>
      <w:pPr>
        <w:spacing w:after="120"/>
      </w:pPr>
      <w:r>
        <w:rPr>
          <w:sz w:val="26"/>
        </w:rPr>
        <w:t>16. development —— 发展（n.）</w:t>
      </w:r>
      <w:r>
        <w:rPr>
          <w:sz w:val="22"/>
        </w:rPr>
        <w:br/>
        <w:t xml:space="preserve">　　例句：With the development of science and technology / AI 随着科技/AI的发展</w:t>
      </w:r>
    </w:p>
    <w:p>
      <w:pPr>
        <w:spacing w:after="120"/>
      </w:pPr>
      <w:r>
        <w:rPr>
          <w:sz w:val="26"/>
        </w:rPr>
        <w:t>17. challenge —— 挑战；向……发起挑战（v.）</w:t>
      </w:r>
    </w:p>
    <w:p>
      <w:pPr>
        <w:spacing w:after="120"/>
      </w:pPr>
      <w:r>
        <w:rPr>
          <w:sz w:val="26"/>
        </w:rPr>
        <w:t>18. frighten —— 使害怕（v.）</w:t>
      </w:r>
      <w:r>
        <w:rPr>
          <w:sz w:val="22"/>
        </w:rPr>
        <w:br/>
        <w:t xml:space="preserve">　　例句：frightened 感到害怕(修饰人)；frightening 令人害怕(修饰物)</w:t>
      </w:r>
    </w:p>
    <w:p>
      <w:pPr>
        <w:spacing w:after="120"/>
      </w:pPr>
      <w:r>
        <w:rPr>
          <w:sz w:val="26"/>
        </w:rPr>
        <w:t>19. affect —— 对……造成影响（v.）</w:t>
      </w:r>
      <w:r>
        <w:rPr>
          <w:sz w:val="22"/>
        </w:rPr>
        <w:br/>
        <w:t xml:space="preserve">　　例句：have an effect on… 对……产生影响</w:t>
      </w:r>
    </w:p>
    <w:p>
      <w:pPr>
        <w:spacing w:after="120"/>
      </w:pPr>
      <w:r>
        <w:rPr>
          <w:sz w:val="26"/>
        </w:rPr>
        <w:t>20. respect —— 尊敬；尊重（n.）</w:t>
      </w:r>
    </w:p>
    <w:p>
      <w:pPr>
        <w:spacing w:after="120"/>
      </w:pPr>
      <w:r>
        <w:rPr>
          <w:sz w:val="26"/>
        </w:rPr>
        <w:t>21. forget —— 忘记（v.）</w:t>
      </w:r>
    </w:p>
    <w:p>
      <w:pPr>
        <w:spacing w:after="120"/>
      </w:pPr>
      <w:r>
        <w:rPr>
          <w:sz w:val="26"/>
        </w:rPr>
        <w:t>22. perform —— 表演；演出；表现（v.）</w:t>
      </w:r>
    </w:p>
    <w:p>
      <w:pPr>
        <w:spacing w:after="120"/>
      </w:pPr>
      <w:r>
        <w:rPr>
          <w:sz w:val="26"/>
        </w:rPr>
        <w:t>23. organize —— 组织；筹备（v.）</w:t>
      </w:r>
    </w:p>
    <w:p>
      <w:pPr>
        <w:spacing w:after="120"/>
      </w:pPr>
      <w:r>
        <w:rPr>
          <w:sz w:val="26"/>
        </w:rPr>
        <w:t>24. search —— 搜寻，搜查（v.）</w:t>
      </w:r>
      <w:r>
        <w:rPr>
          <w:sz w:val="22"/>
        </w:rPr>
        <w:br/>
        <w:t xml:space="preserve">　　例句：search for 搜寻</w:t>
      </w:r>
    </w:p>
    <w:p>
      <w:pPr>
        <w:spacing w:after="120"/>
      </w:pPr>
      <w:r>
        <w:rPr>
          <w:sz w:val="26"/>
        </w:rPr>
        <w:t>25. research —— 研究；调查（n.）</w:t>
      </w:r>
    </w:p>
    <w:p>
      <w:pPr>
        <w:spacing w:after="120"/>
      </w:pPr>
      <w:r>
        <w:rPr>
          <w:sz w:val="26"/>
        </w:rPr>
        <w:t>26. succeed —— 成功（v.）</w:t>
      </w:r>
    </w:p>
    <w:p>
      <w:pPr>
        <w:spacing w:after="120"/>
      </w:pPr>
      <w:r>
        <w:rPr>
          <w:sz w:val="26"/>
        </w:rPr>
        <w:t>27. explore —— 探索；探险（v.）</w:t>
      </w:r>
    </w:p>
    <w:p>
      <w:pPr>
        <w:spacing w:after="120"/>
      </w:pPr>
      <w:r>
        <w:rPr>
          <w:sz w:val="26"/>
        </w:rPr>
        <w:t>28. various —— 多种多样的；各种各样的（adj.）</w:t>
      </w:r>
    </w:p>
    <w:p>
      <w:pPr>
        <w:spacing w:after="120"/>
      </w:pPr>
      <w:r>
        <w:rPr>
          <w:sz w:val="26"/>
        </w:rPr>
        <w:t>29. cover —— 遮盖，覆盖；封面（v.）</w:t>
      </w:r>
    </w:p>
    <w:p>
      <w:pPr>
        <w:spacing w:after="120"/>
      </w:pPr>
      <w:r>
        <w:rPr>
          <w:sz w:val="26"/>
        </w:rPr>
        <w:t>30. scenery —— 风景，景色（n.）</w:t>
      </w:r>
    </w:p>
    <w:p>
      <w:pPr>
        <w:spacing w:after="120"/>
      </w:pPr>
      <w:r>
        <w:rPr>
          <w:sz w:val="26"/>
        </w:rPr>
        <w:t>31. attract —— 吸引（v.）</w:t>
      </w:r>
    </w:p>
    <w:p>
      <w:pPr>
        <w:spacing w:after="120"/>
      </w:pPr>
      <w:r>
        <w:rPr>
          <w:sz w:val="26"/>
        </w:rPr>
        <w:t>32. locate —— 坐落于（v.）</w:t>
      </w:r>
      <w:r>
        <w:rPr>
          <w:sz w:val="22"/>
        </w:rPr>
        <w:br/>
        <w:t xml:space="preserve">　　例句：be located in 坐落于</w:t>
      </w:r>
    </w:p>
    <w:p>
      <w:pPr>
        <w:spacing w:after="120"/>
      </w:pPr>
      <w:r>
        <w:rPr>
          <w:sz w:val="26"/>
        </w:rPr>
        <w:t>33. balance —— 平衡；保持平衡（v.）</w:t>
      </w:r>
      <w:r>
        <w:rPr>
          <w:sz w:val="22"/>
        </w:rPr>
        <w:br/>
        <w:t xml:space="preserve">　　例句：keep balance 保持平衡</w:t>
      </w:r>
    </w:p>
    <w:p>
      <w:pPr>
        <w:spacing w:after="120"/>
      </w:pPr>
      <w:r>
        <w:rPr>
          <w:sz w:val="26"/>
        </w:rPr>
        <w:t>34. support —— 支持；扶持（v.）</w:t>
      </w:r>
    </w:p>
    <w:p>
      <w:pPr>
        <w:spacing w:after="120"/>
      </w:pPr>
      <w:r>
        <w:rPr>
          <w:sz w:val="26"/>
        </w:rPr>
        <w:t>35. connect —— 连接，衔接（v.）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